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20"/>
        <w:jc w:val="center"/>
      </w:pPr>
      <w:r>
        <w:rPr>
          <w:rFonts w:ascii="Calibri" w:hAnsi="Calibri"/>
          <w:b/>
          <w:color w:val="D9A62E"/>
          <w:sz w:val="16"/>
        </w:rPr>
        <w:t>RESEARCH ARTICLE</w:t>
      </w:r>
    </w:p>
    <w:p>
      <w:pPr>
        <w:pStyle w:val="Title"/>
        <w:spacing w:after="100"/>
        <w:jc w:val="center"/>
      </w:pPr>
      <w:r>
        <w:t>Insert Your Research Article Title Here</w:t>
      </w:r>
    </w:p>
    <w:p>
      <w:pPr>
        <w:spacing w:after="20"/>
        <w:jc w:val="center"/>
      </w:pPr>
      <w:r>
        <w:rPr>
          <w:b/>
          <w:sz w:val="20"/>
        </w:rPr>
        <w:t>Author Name¹* and Co-author Name²</w:t>
      </w:r>
    </w:p>
    <w:p>
      <w:pPr>
        <w:spacing w:after="100"/>
        <w:jc w:val="center"/>
      </w:pPr>
      <w:r>
        <w:rPr>
          <w:rFonts w:ascii="Calibri" w:hAnsi="Calibri"/>
          <w:color w:val="5B6570"/>
          <w:sz w:val="16"/>
        </w:rPr>
        <w:t>¹Department, University, City, Country</w:t>
        <w:br/>
        <w:t>²Department, University, City, Country</w:t>
        <w:br/>
        <w:t>*Corresponding author: email@example.com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Received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Revised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Accepted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  <w:tc>
          <w:tcPr>
            <w:tcW w:type="dxa" w:w="2232"/>
            <w:shd w:fill="EEF4F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Published</w:t>
              <w:br/>
            </w:r>
            <w:r>
              <w:rPr>
                <w:rFonts w:ascii="Calibri" w:hAnsi="Calibri"/>
                <w:color w:val="5B6570"/>
                <w:sz w:val="15"/>
              </w:rPr>
              <w:t>DD Month YYYY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7FB"/>
          </w:tcPr>
          <w:p>
            <w:pPr>
              <w:spacing w:after="60"/>
            </w:pPr>
            <w:r>
              <w:rPr>
                <w:rFonts w:ascii="Calibri" w:hAnsi="Calibri"/>
                <w:b/>
                <w:color w:val="123B63"/>
                <w:sz w:val="18"/>
              </w:rPr>
              <w:t>ABSTRACT</w:t>
            </w:r>
          </w:p>
          <w:p>
            <w:pPr>
              <w:spacing w:after="40"/>
            </w:pPr>
            <w:r>
              <w:t>Write a concise, self-contained summary of the research problem, methodology, principal results and conclusions.</w:t>
            </w:r>
          </w:p>
          <w:p>
            <w:pPr>
              <w:spacing w:after="20"/>
            </w:pPr>
            <w:r>
              <w:rPr>
                <w:b/>
                <w:color w:val="123B63"/>
              </w:rPr>
              <w:t xml:space="preserve">Keywords: </w:t>
            </w:r>
            <w:r>
              <w:t>keyword one; keyword two; keyword three; keyword four.</w:t>
            </w:r>
          </w:p>
        </w:tc>
      </w:tr>
    </w:tbl>
    <w:p>
      <w:pPr>
        <w:pStyle w:val="Heading1"/>
      </w:pPr>
      <w:r>
        <w:t>1. Introduction</w:t>
      </w:r>
    </w:p>
    <w:p>
      <w:r>
        <w:t>Introduce the research problem, relevant background, motivation and the main contributions of the paper. Cite relevant literature using the journal's required reference style.</w:t>
      </w:r>
    </w:p>
    <w:p>
      <w:pPr>
        <w:pStyle w:val="Heading1"/>
      </w:pPr>
      <w:r>
        <w:t>2. Preliminaries / Literature Review</w:t>
      </w:r>
    </w:p>
    <w:p>
      <w:r>
        <w:t>Provide definitions, notation, assumptions or a concise review of related work needed to understand the results.</w:t>
      </w:r>
    </w:p>
    <w:p>
      <w:pPr>
        <w:pStyle w:val="Heading1"/>
      </w:pPr>
      <w:r>
        <w:t>3. Methodology / Main Results</w:t>
      </w:r>
    </w:p>
    <w:p>
      <w:r>
        <w:t>Describe the methods, theoretical development, data, experiments or analysis. Number displayed equations consecutively and refer to them in the text.</w:t>
      </w:r>
    </w:p>
    <w:p>
      <w:pPr>
        <w:ind w:left="360"/>
      </w:pPr>
      <w:r>
        <w:rPr>
          <w:b/>
          <w:color w:val="1F5D8F"/>
        </w:rPr>
        <w:t xml:space="preserve">Theorem 3.1. </w:t>
      </w:r>
      <w:r>
        <w:t>Insert the precise statement of the theorem, proposition, lemma or principal result here.</w:t>
      </w:r>
    </w:p>
    <w:p>
      <w:pPr>
        <w:ind w:left="360"/>
      </w:pPr>
      <w:r>
        <w:rPr>
          <w:b/>
          <w:color w:val="1F5D8F"/>
        </w:rPr>
        <w:t xml:space="preserve">Proof. </w:t>
      </w:r>
      <w:r>
        <w:t>Provide a complete and logically correct proof. End with □.</w:t>
      </w:r>
    </w:p>
    <w:p>
      <w:pPr>
        <w:pStyle w:val="Heading1"/>
      </w:pPr>
      <w:r>
        <w:t>4. Results and Discussion</w:t>
      </w:r>
    </w:p>
    <w:p>
      <w:r>
        <w:t>Present and interpret the findings. Include figures, tables and examples where appropriate, with clear captions and source acknowledgements.</w:t>
      </w:r>
    </w:p>
    <w:p>
      <w:pPr>
        <w:pStyle w:val="Heading1"/>
      </w:pPr>
      <w:r>
        <w:t>5. Conclusion</w:t>
      </w:r>
    </w:p>
    <w:p>
      <w:r>
        <w:t>Summarize the main findings, limitations and possible directions for future research.</w:t>
      </w:r>
    </w:p>
    <w:p>
      <w:pPr>
        <w:pStyle w:val="Heading1"/>
      </w:pPr>
      <w:r>
        <w:t>Declarations</w:t>
      </w:r>
    </w:p>
    <w:p>
      <w:r>
        <w:t>Funding: [Provide funding information or state that no specific funding was received.]</w:t>
        <w:br/>
        <w:t>Conflict of interest: [Declare any competing interests.]</w:t>
        <w:br/>
        <w:t>Data availability: [Provide a data availability statement, where applicable.]</w:t>
        <w:br/>
        <w:t>Author contributions: [Specify each author's contribution.]</w:t>
      </w:r>
    </w:p>
    <w:p>
      <w:pPr>
        <w:pStyle w:val="Heading1"/>
      </w:pPr>
      <w:r>
        <w:t>References</w:t>
      </w:r>
    </w:p>
    <w:p>
      <w:r>
        <w:t>[1] Author, A. A. (Year). Title of the cited work. Journal Name, Volume(Issue), page range. DOI/URL.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5D9"/>
          </w:tcPr>
          <w:p>
            <w:pPr>
              <w:spacing w:after="20"/>
              <w:jc w:val="center"/>
            </w:pPr>
            <w:r>
              <w:rPr>
                <w:rFonts w:ascii="Calibri" w:hAnsi="Calibri"/>
                <w:b/>
                <w:color w:val="123B63"/>
                <w:sz w:val="16"/>
              </w:rPr>
              <w:t>JOURNAL SUBMISSION TEMPLATE</w:t>
            </w:r>
          </w:p>
          <w:p>
            <w:pPr>
              <w:spacing w:after="20"/>
              <w:jc w:val="center"/>
            </w:pPr>
            <w:r>
              <w:rPr>
                <w:rFonts w:ascii="Calibri" w:hAnsi="Calibri"/>
                <w:sz w:val="16"/>
              </w:rPr>
              <w:t>Publisher: KSD Publications  |  Journal: KSD Journal of Statistics and Operations Research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5B6570"/>
        <w:sz w:val="16"/>
      </w:rPr>
      <w:t xml:space="preserve">KSD Publications  •  KSD Journal of Statistics and Operations Research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1037"/>
      <w:gridCol w:w="8899"/>
    </w:tblGrid>
    <w:tr>
      <w:tc>
        <w:tcPr>
          <w:tcW w:type="dxa" w:w="1037"/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66928" cy="56692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ksd-statistics-operations-research-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928" cy="56692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899"/>
        </w:tcPr>
        <w:p>
          <w:pPr>
            <w:spacing w:after="0"/>
          </w:pPr>
          <w:r>
            <w:rPr>
              <w:rFonts w:ascii="Cambria" w:hAnsi="Cambria"/>
              <w:b/>
              <w:color w:val="123B63"/>
              <w:sz w:val="24"/>
            </w:rPr>
            <w:t>KSD JOURNAL OF STATISTICS AND OPERATIONS RESEARCH</w:t>
          </w:r>
        </w:p>
        <w:p>
          <w:pPr>
            <w:spacing w:after="0"/>
            <w:pBdr>
              <w:bottom w:val="single" w:sz="12" w:space="5" w:color="D9A62E"/>
            </w:pBdr>
          </w:pPr>
          <w:r>
            <w:rPr>
              <w:rFonts w:ascii="Calibri" w:hAnsi="Calibri"/>
              <w:color w:val="5B6570"/>
              <w:sz w:val="16"/>
            </w:rPr>
            <w:t>A journal of KSD Publications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20"/>
    </w:pPr>
    <w:rPr>
      <w:rFonts w:ascii="Cambria" w:hAnsi="Cambr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23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5D8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Cambria" w:hAnsi="Cambria"/>
      <w:b/>
      <w:color w:val="123B6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KSD Journal of Statistics and Operations Research - Article Template</dc:title>
  <dc:subject/>
  <dc:creator>KSD Publications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