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Management and Commerce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Management and Commerce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management-commerce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MANAGEMENT AND COMMERCE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Management and Commerce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