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Humanities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Humanities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humanities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HUMANITIES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Humanities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